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1CF2" w14:textId="77777777" w:rsidR="00300FAC" w:rsidRPr="00352867" w:rsidRDefault="00300FAC" w:rsidP="00552DFF">
      <w:pPr>
        <w:pStyle w:val="Tytu"/>
        <w:rPr>
          <w:rFonts w:ascii="Lato" w:hAnsi="Lato" w:cs="Lato"/>
          <w:sz w:val="20"/>
          <w:szCs w:val="20"/>
        </w:rPr>
      </w:pPr>
    </w:p>
    <w:p w14:paraId="33918A3D" w14:textId="77777777" w:rsidR="00300FAC" w:rsidRPr="00352867" w:rsidRDefault="00300FAC" w:rsidP="00552DFF">
      <w:pPr>
        <w:pStyle w:val="Tytu"/>
        <w:rPr>
          <w:rFonts w:ascii="Lato" w:hAnsi="Lato" w:cs="Lato"/>
          <w:b w:val="0"/>
          <w:bCs/>
          <w:color w:val="auto"/>
          <w:sz w:val="20"/>
          <w:szCs w:val="20"/>
        </w:rPr>
      </w:pPr>
      <w:r w:rsidRPr="00352867">
        <w:rPr>
          <w:rFonts w:ascii="Lato" w:hAnsi="Lato" w:cs="Lato"/>
          <w:b w:val="0"/>
          <w:bCs/>
          <w:color w:val="auto"/>
          <w:sz w:val="20"/>
          <w:szCs w:val="20"/>
        </w:rPr>
        <w:t xml:space="preserve">…………………………………………….. </w:t>
      </w:r>
    </w:p>
    <w:p w14:paraId="7DF9830A" w14:textId="4EC14AD9" w:rsidR="00300FAC" w:rsidRPr="00411193" w:rsidRDefault="00300FAC" w:rsidP="00552DFF">
      <w:pPr>
        <w:pStyle w:val="Tytu"/>
        <w:rPr>
          <w:rFonts w:ascii="Lato" w:hAnsi="Lato" w:cs="Lato"/>
          <w:b w:val="0"/>
          <w:bCs/>
          <w:color w:val="auto"/>
          <w:sz w:val="18"/>
          <w:szCs w:val="18"/>
        </w:rPr>
      </w:pPr>
      <w:r w:rsidRPr="00411193">
        <w:rPr>
          <w:rFonts w:ascii="Lato" w:hAnsi="Lato" w:cs="Lato"/>
          <w:b w:val="0"/>
          <w:bCs/>
          <w:color w:val="auto"/>
          <w:sz w:val="18"/>
          <w:szCs w:val="18"/>
        </w:rPr>
        <w:t>(pieczęć szkoły)</w:t>
      </w:r>
    </w:p>
    <w:p w14:paraId="7314D409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7866DCE8" w14:textId="77777777" w:rsidR="00300FAC" w:rsidRPr="00352867" w:rsidRDefault="00300FAC" w:rsidP="00552DFF">
      <w:pPr>
        <w:pStyle w:val="Tytu"/>
        <w:jc w:val="center"/>
        <w:rPr>
          <w:rFonts w:ascii="Lato" w:hAnsi="Lato" w:cs="Lato"/>
          <w:sz w:val="20"/>
          <w:szCs w:val="20"/>
        </w:rPr>
      </w:pPr>
    </w:p>
    <w:p w14:paraId="0471E529" w14:textId="01175D67" w:rsidR="00A67B2E" w:rsidRPr="00352867" w:rsidRDefault="00382C8A" w:rsidP="00552DFF">
      <w:pPr>
        <w:pStyle w:val="Tytu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KARTA ZGŁOSZENIA UCZNIA</w:t>
      </w:r>
    </w:p>
    <w:p w14:paraId="20711789" w14:textId="404FB0C9" w:rsidR="00A67B2E" w:rsidRPr="00352867" w:rsidRDefault="00382C8A" w:rsidP="00552DFF">
      <w:pPr>
        <w:spacing w:line="240" w:lineRule="auto"/>
        <w:jc w:val="center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b/>
          <w:sz w:val="20"/>
          <w:szCs w:val="20"/>
        </w:rPr>
        <w:t xml:space="preserve">do Wojewódzkiego Konkursu z </w:t>
      </w:r>
      <w:r w:rsidR="00E316B0">
        <w:rPr>
          <w:rFonts w:ascii="Lato" w:hAnsi="Lato" w:cs="Lato"/>
          <w:b/>
          <w:sz w:val="20"/>
          <w:szCs w:val="20"/>
        </w:rPr>
        <w:t>BIOLOGII</w:t>
      </w:r>
      <w:r w:rsidR="00550D19" w:rsidRPr="00352867">
        <w:rPr>
          <w:rFonts w:ascii="Lato" w:hAnsi="Lato" w:cs="Lato"/>
          <w:b/>
          <w:sz w:val="20"/>
          <w:szCs w:val="20"/>
        </w:rPr>
        <w:t xml:space="preserve"> </w:t>
      </w:r>
      <w:r w:rsidRPr="00352867">
        <w:rPr>
          <w:rFonts w:ascii="Lato" w:hAnsi="Lato" w:cs="Lato"/>
          <w:b/>
          <w:sz w:val="20"/>
          <w:szCs w:val="20"/>
        </w:rPr>
        <w:t>(nazwa przedmiotu)</w:t>
      </w:r>
      <w:r w:rsidR="00A14621" w:rsidRPr="00352867">
        <w:rPr>
          <w:rFonts w:ascii="Lato" w:hAnsi="Lato" w:cs="Lato"/>
          <w:b/>
          <w:sz w:val="20"/>
          <w:szCs w:val="20"/>
        </w:rPr>
        <w:t>*</w:t>
      </w:r>
      <w:r w:rsidRPr="00352867">
        <w:rPr>
          <w:rFonts w:ascii="Lato" w:hAnsi="Lato" w:cs="Lato"/>
          <w:b/>
          <w:sz w:val="20"/>
          <w:szCs w:val="20"/>
        </w:rPr>
        <w:br/>
        <w:t>dla uczniów klas IV–VIII szkół podstawowych województwa pomorskiego w roku szkolnym 2026/2027</w:t>
      </w:r>
    </w:p>
    <w:p w14:paraId="2DA09ABE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I. Dane uczestnika</w:t>
      </w:r>
    </w:p>
    <w:p w14:paraId="055D38CE" w14:textId="6506C6C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Imię (imiona)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>............................................................................................................................</w:t>
      </w:r>
    </w:p>
    <w:p w14:paraId="6458D8C7" w14:textId="0AEDE8F9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Nazwisko ucznia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F812EFF" w14:textId="640F3E2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Data urodzenia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59F4CB45" w14:textId="37CFF94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Miejsce urodzenia (miejscowość; w przypadku urodzenia poza Polską – również kraj)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>:  ............................................................................................................................</w:t>
      </w:r>
    </w:p>
    <w:p w14:paraId="1F26FFB8" w14:textId="409B82A5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Klasa w roku szkolnym 2026/2027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</w:t>
      </w:r>
      <w:r w:rsidRPr="00550D19">
        <w:rPr>
          <w:rFonts w:ascii="Lato" w:hAnsi="Lato" w:cs="Lato"/>
          <w:b/>
          <w:bCs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362CEDAB" w14:textId="77777777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II. Dane szkoły</w:t>
      </w:r>
    </w:p>
    <w:p w14:paraId="74A678F5" w14:textId="0CA743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Pełna nazwa szkoły podstawowej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 w:rsidRPr="00550D19">
        <w:rPr>
          <w:rFonts w:ascii="Lato" w:hAnsi="Lato" w:cs="Lato"/>
          <w:b/>
          <w:bCs/>
          <w:sz w:val="20"/>
          <w:szCs w:val="20"/>
        </w:rPr>
        <w:t xml:space="preserve">SZKOŁA PODSTAWOWA NR 86 IM. PROF. JERZEGO SAMPA </w:t>
      </w:r>
      <w:r w:rsidR="00550D19">
        <w:rPr>
          <w:rFonts w:ascii="Lato" w:hAnsi="Lato" w:cs="Lato"/>
          <w:b/>
          <w:bCs/>
          <w:sz w:val="20"/>
          <w:szCs w:val="20"/>
        </w:rPr>
        <w:br/>
      </w:r>
      <w:r w:rsidR="00550D19" w:rsidRPr="00550D19">
        <w:rPr>
          <w:rFonts w:ascii="Lato" w:hAnsi="Lato" w:cs="Lato"/>
          <w:b/>
          <w:bCs/>
          <w:sz w:val="20"/>
          <w:szCs w:val="20"/>
        </w:rPr>
        <w:t>W GDAŃSKU</w:t>
      </w:r>
    </w:p>
    <w:p w14:paraId="317B45EB" w14:textId="62676F2B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Ulica i numer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WIELKOPOLSKA 20</w:t>
      </w:r>
    </w:p>
    <w:p w14:paraId="61360609" w14:textId="41DBAA7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Miejscowość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709273EA" w14:textId="4A8E7FE8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Gmina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3D75C062" w14:textId="09D006F3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Powiat</w:t>
      </w:r>
      <w:r w:rsidR="00A14621" w:rsidRPr="00352867">
        <w:rPr>
          <w:rFonts w:ascii="Lato" w:hAnsi="Lato" w:cs="Lato"/>
          <w:sz w:val="20"/>
          <w:szCs w:val="20"/>
        </w:rPr>
        <w:t>*</w:t>
      </w:r>
      <w:r w:rsidRPr="00352867">
        <w:rPr>
          <w:rFonts w:ascii="Lato" w:hAnsi="Lato" w:cs="Lato"/>
          <w:sz w:val="20"/>
          <w:szCs w:val="20"/>
        </w:rPr>
        <w:t xml:space="preserve">:  </w:t>
      </w:r>
      <w:r w:rsidR="00550D19">
        <w:rPr>
          <w:rFonts w:ascii="Lato" w:hAnsi="Lato" w:cs="Lato"/>
          <w:sz w:val="20"/>
          <w:szCs w:val="20"/>
        </w:rPr>
        <w:t>GDAŃSK</w:t>
      </w:r>
    </w:p>
    <w:p w14:paraId="69624A7D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Potwierdzam prawidłowość powyższych danych.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data, podpis i pieczęć dyrektora szkoły</w:t>
      </w:r>
    </w:p>
    <w:p w14:paraId="7AD083E9" w14:textId="091DC8B9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III. Dostosowanie warunków Konkursu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2C616E11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Składam wniosek o dostosowanie warunków przeprowadzenia Konkursu do potrzeb uczestnika.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składam wniosku o dostosowanie warunków przeprowadzenia Konkursu.</w:t>
      </w:r>
    </w:p>
    <w:p w14:paraId="30C855B9" w14:textId="6ED7059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Dokumentację potwierdzającą potrzebę dostosowania przedstawia się szkole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Regulaminem. Do RKK/WKK przekazuje się, w miarę możliwości, wyłącznie informację o wymaganym sposobie dostosowania oraz potwierdzenie istnienia podstaw do jego zastosowania, bez przekazywania dokumentacji medycznej, jeżeli nie jest to niezbędne.</w:t>
      </w:r>
    </w:p>
    <w:p w14:paraId="108D61FE" w14:textId="54BD5CB2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IV. Wizerunek – Wojewódzka Gala Wręczenia Zaświadczeń Laureatom</w:t>
      </w:r>
      <w:r w:rsidR="00A14621" w:rsidRPr="00352867">
        <w:rPr>
          <w:rFonts w:ascii="Lato" w:hAnsi="Lato" w:cs="Lato"/>
          <w:sz w:val="20"/>
          <w:szCs w:val="20"/>
        </w:rPr>
        <w:t>**</w:t>
      </w:r>
    </w:p>
    <w:p w14:paraId="1AF50134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Zezwalam</w:t>
      </w:r>
      <w:r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Segoe UI Symbol" w:hAnsi="Segoe UI Symbol" w:cs="Segoe UI Symbol"/>
          <w:sz w:val="20"/>
          <w:szCs w:val="20"/>
        </w:rPr>
        <w:t>☐</w:t>
      </w:r>
      <w:r w:rsidRPr="00352867">
        <w:rPr>
          <w:rFonts w:ascii="Lato" w:hAnsi="Lato" w:cs="Lato"/>
          <w:sz w:val="20"/>
          <w:szCs w:val="20"/>
        </w:rPr>
        <w:t xml:space="preserve"> Nie zezwalam</w:t>
      </w:r>
    </w:p>
    <w:p w14:paraId="46A65EF8" w14:textId="1D65867B" w:rsidR="00A67B2E" w:rsidRPr="00352867" w:rsidRDefault="00382C8A" w:rsidP="00411193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na rozpowszechnianie wizerunku mojego dziecka utrwalonego podczas Wojewódzkiej Gali Wręczenia Zaświadczeń Laureatom poprzez publikację na stronie internetowej Kuratorium Oświaty w Gdańsku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oraz na oficjalnych profilach Kuratorium w serwisach społecznościowych, w celu informowania o wydarzeniu </w:t>
      </w:r>
      <w:r w:rsid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 działalności Kuratorium.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 xml:space="preserve">Zezwolenie jest dobrowolne. Brak zezwolenia nie wpływa na udział w Konkursie, uzyskanie tytułu ani udział w Gali. Podstawą rozpowszechniania wizerunku jest art. 81 ust. 1 ustawy o prawie </w:t>
      </w:r>
      <w:r w:rsidRPr="00352867">
        <w:rPr>
          <w:rFonts w:ascii="Lato" w:hAnsi="Lato" w:cs="Lato"/>
          <w:sz w:val="20"/>
          <w:szCs w:val="20"/>
        </w:rPr>
        <w:lastRenderedPageBreak/>
        <w:t>autorskim i prawach pokrewnych; zasady przetwarzania danych związanych z publikacją wizerunku określa odrębna informacja Administratora.</w:t>
      </w:r>
    </w:p>
    <w:p w14:paraId="771585ED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5B7E9558" w14:textId="3B00B402" w:rsidR="00936BB1" w:rsidRPr="00352867" w:rsidRDefault="00936BB1" w:rsidP="00552DFF">
      <w:pPr>
        <w:spacing w:after="80" w:line="240" w:lineRule="auto"/>
        <w:rPr>
          <w:rFonts w:ascii="Lato" w:hAnsi="Lato" w:cs="Lato"/>
          <w:color w:val="4F81BD" w:themeColor="accent1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color w:val="4F81BD" w:themeColor="accent1"/>
          <w:sz w:val="20"/>
          <w:szCs w:val="20"/>
          <w:lang w:val="pl-PL"/>
        </w:rPr>
        <w:t>V. Imię i nazwisko ucznia – Wojewódzka Gala Wręczenia Zaświadczeń Laureatom</w:t>
      </w:r>
    </w:p>
    <w:p w14:paraId="22343B8E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Wyrażam zgodę</w:t>
      </w:r>
      <w:r w:rsidRPr="00352867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Segoe UI Symbol" w:hAnsi="Segoe UI Symbol" w:cs="Segoe UI Symbol"/>
          <w:sz w:val="20"/>
          <w:szCs w:val="20"/>
          <w:lang w:val="pl-PL"/>
        </w:rPr>
        <w:t>☐</w:t>
      </w:r>
      <w:r w:rsidRPr="00352867">
        <w:rPr>
          <w:rFonts w:ascii="Lato" w:hAnsi="Lato" w:cs="Lato"/>
          <w:sz w:val="20"/>
          <w:szCs w:val="20"/>
          <w:lang w:val="pl-PL"/>
        </w:rPr>
        <w:t>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Nie wyrażam zgody</w:t>
      </w:r>
    </w:p>
    <w:p w14:paraId="48DD8C01" w14:textId="19A0F044" w:rsidR="00936BB1" w:rsidRPr="00352867" w:rsidRDefault="00936BB1" w:rsidP="00411193">
      <w:pPr>
        <w:spacing w:after="80" w:line="240" w:lineRule="auto"/>
        <w:jc w:val="both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na wyświetlenie podczas Wojewódzkiej Gali Wręczenia Zaświadczeń Laureatom Wojewódzkich Konkursów Przedmiotowych </w:t>
      </w:r>
      <w:r w:rsidRPr="00352867">
        <w:rPr>
          <w:rFonts w:ascii="Lato" w:hAnsi="Lato" w:cs="Lato"/>
          <w:b/>
          <w:bCs/>
          <w:sz w:val="20"/>
          <w:szCs w:val="20"/>
          <w:lang w:val="pl-PL"/>
        </w:rPr>
        <w:t>imienia i nazwiska mojego dziecka oraz nazwy szkoły, do której uczęszcza</w:t>
      </w:r>
      <w:r w:rsidRPr="00352867">
        <w:rPr>
          <w:rFonts w:ascii="Lato" w:hAnsi="Lato" w:cs="Lato"/>
          <w:sz w:val="20"/>
          <w:szCs w:val="20"/>
          <w:lang w:val="pl-PL"/>
        </w:rPr>
        <w:t xml:space="preserve">, w prezentacji multimedialnej przygotowanej na potrzeby uroczystości. Zgoda jest dobrowolna. Brak zgody nie ma wpływu </w:t>
      </w:r>
      <w:r w:rsidR="00411193">
        <w:rPr>
          <w:rFonts w:ascii="Lato" w:hAnsi="Lato" w:cs="Lato"/>
          <w:sz w:val="20"/>
          <w:szCs w:val="20"/>
          <w:lang w:val="pl-PL"/>
        </w:rPr>
        <w:br/>
      </w:r>
      <w:r w:rsidRPr="00352867">
        <w:rPr>
          <w:rFonts w:ascii="Lato" w:hAnsi="Lato" w:cs="Lato"/>
          <w:sz w:val="20"/>
          <w:szCs w:val="20"/>
          <w:lang w:val="pl-PL"/>
        </w:rPr>
        <w:t>na uzyskanie tytułu laureata, otrzymanie zaświadczenia ani możliwość udziału ucznia w Gali.</w:t>
      </w:r>
    </w:p>
    <w:p w14:paraId="7650DEE6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sz w:val="20"/>
          <w:szCs w:val="20"/>
          <w:lang w:val="pl-PL"/>
        </w:rPr>
        <w:t>Zgoda może zostać wycofana w każdym czasie przed wykorzystaniem danych w prezentacji. Wycofanie zgody nie wpływa na zgodność z prawem przetwarzania dokonanego przed jej wycofaniem.</w:t>
      </w:r>
    </w:p>
    <w:p w14:paraId="178403E9" w14:textId="77777777" w:rsidR="00936BB1" w:rsidRPr="00352867" w:rsidRDefault="00936BB1" w:rsidP="00552DFF">
      <w:pPr>
        <w:spacing w:after="80" w:line="240" w:lineRule="auto"/>
        <w:rPr>
          <w:rFonts w:ascii="Lato" w:hAnsi="Lato" w:cs="Lato"/>
          <w:sz w:val="20"/>
          <w:szCs w:val="20"/>
          <w:lang w:val="pl-PL"/>
        </w:rPr>
      </w:pPr>
      <w:r w:rsidRPr="00352867">
        <w:rPr>
          <w:rFonts w:ascii="Lato" w:hAnsi="Lato" w:cs="Lato"/>
          <w:b/>
          <w:bCs/>
          <w:sz w:val="20"/>
          <w:szCs w:val="20"/>
          <w:lang w:val="pl-PL"/>
        </w:rPr>
        <w:t>Podstawą przetwarzania danych w tym zakresie jest art. 6 ust. 1 lit. a RODO.</w:t>
      </w:r>
    </w:p>
    <w:p w14:paraId="77962090" w14:textId="2506974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Oświadczenie rodzica/opiekuna prawnego</w:t>
      </w:r>
    </w:p>
    <w:p w14:paraId="556C37A9" w14:textId="7F99F8A5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Oświadczam, że dane podane w Karcie są zgodne ze stanem faktycznym, zapoznałam/em się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z Regulaminem Konkursu oraz otrzymałam/em lub udostępniono mi informacje dotyczące przetwarzania danych osobowych przez właściwego administratora.</w:t>
      </w:r>
    </w:p>
    <w:p w14:paraId="33A03845" w14:textId="77777777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br/>
        <w:t>.................................................................</w:t>
      </w:r>
      <w:r w:rsidRPr="00352867">
        <w:rPr>
          <w:rFonts w:ascii="Lato" w:hAnsi="Lato" w:cs="Lato"/>
          <w:sz w:val="20"/>
          <w:szCs w:val="20"/>
        </w:rPr>
        <w:br/>
      </w:r>
      <w:r w:rsidRPr="00411193">
        <w:rPr>
          <w:rFonts w:ascii="Lato" w:hAnsi="Lato" w:cs="Lato"/>
          <w:sz w:val="18"/>
          <w:szCs w:val="18"/>
        </w:rPr>
        <w:t>miejscowość, data i podpis rodzica/opiekuna prawnego</w:t>
      </w:r>
    </w:p>
    <w:p w14:paraId="249B7BCC" w14:textId="08E7585E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dotycząca przetwarzania danych na stopniu I – szkolnym</w:t>
      </w:r>
    </w:p>
    <w:p w14:paraId="7BE8F495" w14:textId="5B15498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Administratorem danych osobowych jest szkoła: </w:t>
      </w:r>
      <w:r w:rsidR="00550D19">
        <w:rPr>
          <w:rFonts w:ascii="Lato" w:hAnsi="Lato" w:cs="Lato"/>
          <w:sz w:val="20"/>
          <w:szCs w:val="20"/>
        </w:rPr>
        <w:t>Szkoła Podstawowa nr 86 im. prof. Jerzego Sampa w Gdańsku</w:t>
      </w:r>
    </w:p>
    <w:p w14:paraId="32FBF02A" w14:textId="0E0A966F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Dane kontaktowe szkoły: </w:t>
      </w:r>
      <w:r w:rsidR="00550D19">
        <w:rPr>
          <w:rFonts w:ascii="Lato" w:hAnsi="Lato" w:cs="Lato"/>
          <w:sz w:val="20"/>
          <w:szCs w:val="20"/>
        </w:rPr>
        <w:t>58 3099308, sekretariat@sp86.edu.gdansk.pl</w:t>
      </w:r>
    </w:p>
    <w:p w14:paraId="063954CD" w14:textId="2069A54A" w:rsidR="00A67B2E" w:rsidRPr="00352867" w:rsidRDefault="00382C8A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Kontakt do IOD szkoły: </w:t>
      </w:r>
      <w:r w:rsidR="00550D19">
        <w:rPr>
          <w:rFonts w:ascii="Lato" w:hAnsi="Lato" w:cs="Lato"/>
          <w:sz w:val="20"/>
          <w:szCs w:val="20"/>
        </w:rPr>
        <w:t>iod.olszewski@gmail.com</w:t>
      </w:r>
    </w:p>
    <w:p w14:paraId="02312C48" w14:textId="2E115FB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Dane są przetwarzane w celu organizacji i przeprowadzenia stopnia I – szkolnego Konkursu, ustalenia wyników i sporządzenia dokumentacji.</w:t>
      </w:r>
      <w:r w:rsidR="00D63C7B" w:rsidRPr="00352867">
        <w:rPr>
          <w:rFonts w:ascii="Lato" w:hAnsi="Lato" w:cs="Lato"/>
          <w:sz w:val="20"/>
          <w:szCs w:val="20"/>
        </w:rPr>
        <w:t xml:space="preserve"> Szczegółowe informacje dotyczące celów, podstaw prawnych, zakresu i okresu przetwarzania danych przez Pomorskiego Kuratora Oświaty oraz praw osób, których dane dotyczą, zawiera Klauzula informacyjna Pomorskiego Kuratora Oświaty stanowiąca załącznik do Regulaminu Konkursu..</w:t>
      </w:r>
      <w:r w:rsidRPr="00352867">
        <w:rPr>
          <w:rFonts w:ascii="Lato" w:hAnsi="Lato" w:cs="Lato"/>
          <w:sz w:val="20"/>
          <w:szCs w:val="20"/>
        </w:rPr>
        <w:t xml:space="preserve"> Podanie danych wymaganych do udziału w Konkursie jest niezbędne; ich brak może uniemożliwić zgłoszenie lub realizację udziału.Dane i dokumentacja uczestników określonych w Regulaminie mogą zostać przekazane właściwej RKK w celu weryfikacji wyników stopnia I – szkolnego, ustalenia kwalifikacji do stopnia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II – rejonowego oraz dalszej organizacji Konkursu. W zakresie tych danych administratorem jest Pomorski Kurator Oświaty.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Pr="00352867">
        <w:rPr>
          <w:rFonts w:ascii="Lato" w:hAnsi="Lato" w:cs="Lato"/>
          <w:sz w:val="20"/>
          <w:szCs w:val="20"/>
        </w:rPr>
        <w:t>Dane będą przechowywane przez okres wynikający z Regulaminu oraz przepisów kancelaryjno-archiwalnych i JRWA właściwego administratora. Osobie przysługują, na zasadach określonych</w:t>
      </w:r>
      <w:r w:rsidR="00411193">
        <w:rPr>
          <w:rFonts w:ascii="Lato" w:hAnsi="Lato" w:cs="Lato"/>
          <w:sz w:val="20"/>
          <w:szCs w:val="20"/>
        </w:rPr>
        <w:t xml:space="preserve">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w RODO, m.in. prawa dostępu, sprostowania, ograniczenia przetwarzania oraz wniesienia skargi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do Prezesa UODO.</w:t>
      </w:r>
    </w:p>
    <w:p w14:paraId="337C79A2" w14:textId="370ADE5B" w:rsidR="00A67B2E" w:rsidRPr="00352867" w:rsidRDefault="00382C8A" w:rsidP="00552DFF">
      <w:pPr>
        <w:pStyle w:val="Nagwek1"/>
        <w:spacing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VII</w:t>
      </w:r>
      <w:r w:rsidR="00936BB1" w:rsidRPr="00352867">
        <w:rPr>
          <w:rFonts w:ascii="Lato" w:hAnsi="Lato" w:cs="Lato"/>
          <w:sz w:val="20"/>
          <w:szCs w:val="20"/>
        </w:rPr>
        <w:t>I</w:t>
      </w:r>
      <w:r w:rsidRPr="00352867">
        <w:rPr>
          <w:rFonts w:ascii="Lato" w:hAnsi="Lato" w:cs="Lato"/>
          <w:sz w:val="20"/>
          <w:szCs w:val="20"/>
        </w:rPr>
        <w:t>. Informacja o dalszym przetwarzaniu danych przez Pomorskiego Kuratora Oświaty</w:t>
      </w:r>
    </w:p>
    <w:p w14:paraId="49530D87" w14:textId="26D892D0" w:rsidR="00A67B2E" w:rsidRPr="00352867" w:rsidRDefault="00382C8A" w:rsidP="00552DFF">
      <w:pPr>
        <w:spacing w:after="80" w:line="240" w:lineRule="auto"/>
        <w:jc w:val="both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 xml:space="preserve">Jeżeli dokumentacja uczestnika zostanie przekazana przez SKK do właściwej RKK zgodnie </w:t>
      </w:r>
      <w:r w:rsidR="00A14621" w:rsidRPr="00352867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 xml:space="preserve">z Regulaminem, Pomorski Kurator Oświaty jest administratorem danych przetwarzanych w celu weryfikacji wyniku stopnia I, kwalifikacji do stopnia II i dalszej realizacji Konkursu. Szczegółowe informacje zawiera Klauzula informacyjna Pomorskiego Kuratora Oświaty stanowiąca załącznik do Regulaminu. Klauzula </w:t>
      </w:r>
      <w:r w:rsidR="00411193">
        <w:rPr>
          <w:rFonts w:ascii="Lato" w:hAnsi="Lato" w:cs="Lato"/>
          <w:sz w:val="20"/>
          <w:szCs w:val="20"/>
        </w:rPr>
        <w:br/>
      </w:r>
      <w:r w:rsidRPr="00352867">
        <w:rPr>
          <w:rFonts w:ascii="Lato" w:hAnsi="Lato" w:cs="Lato"/>
          <w:sz w:val="20"/>
          <w:szCs w:val="20"/>
        </w:rPr>
        <w:t>nie wymaga podpisania.</w:t>
      </w:r>
    </w:p>
    <w:p w14:paraId="5E9FAB94" w14:textId="77777777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</w:p>
    <w:p w14:paraId="02B0B2ED" w14:textId="4FCCD103" w:rsidR="00A14621" w:rsidRPr="00352867" w:rsidRDefault="00A14621" w:rsidP="00552DFF">
      <w:pPr>
        <w:spacing w:after="80" w:line="240" w:lineRule="auto"/>
        <w:rPr>
          <w:rFonts w:ascii="Lato" w:hAnsi="Lato" w:cs="Lato"/>
          <w:sz w:val="20"/>
          <w:szCs w:val="20"/>
        </w:rPr>
      </w:pPr>
      <w:r w:rsidRPr="00352867">
        <w:rPr>
          <w:rFonts w:ascii="Lato" w:hAnsi="Lato" w:cs="Lato"/>
          <w:sz w:val="20"/>
          <w:szCs w:val="20"/>
        </w:rPr>
        <w:t>* wypełnić komputerowo / pisemnie drukowanymi literami;  ** zaznacz jedną odpowiedź</w:t>
      </w:r>
    </w:p>
    <w:sectPr w:rsidR="00A14621" w:rsidRPr="00352867" w:rsidSect="00411193">
      <w:headerReference w:type="default" r:id="rId8"/>
      <w:footerReference w:type="default" r:id="rId9"/>
      <w:pgSz w:w="12240" w:h="15840"/>
      <w:pgMar w:top="1020" w:right="1247" w:bottom="851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1FA50" w14:textId="77777777" w:rsidR="00F67DF6" w:rsidRDefault="00F67DF6">
      <w:pPr>
        <w:spacing w:after="0" w:line="240" w:lineRule="auto"/>
      </w:pPr>
      <w:r>
        <w:separator/>
      </w:r>
    </w:p>
  </w:endnote>
  <w:endnote w:type="continuationSeparator" w:id="0">
    <w:p w14:paraId="23BC0FE8" w14:textId="77777777" w:rsidR="00F67DF6" w:rsidRDefault="00F6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0405" w14:textId="77777777" w:rsidR="00A67B2E" w:rsidRDefault="00382C8A">
    <w:pPr>
      <w:pStyle w:val="Stopka"/>
      <w:jc w:val="center"/>
    </w:pPr>
    <w:r>
      <w:rPr>
        <w:sz w:val="16"/>
      </w:rPr>
      <w:t>Pakiet RODO – konkursy przedmiotowe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00114" w14:textId="77777777" w:rsidR="00F67DF6" w:rsidRDefault="00F67DF6">
      <w:pPr>
        <w:spacing w:after="0" w:line="240" w:lineRule="auto"/>
      </w:pPr>
      <w:r>
        <w:separator/>
      </w:r>
    </w:p>
  </w:footnote>
  <w:footnote w:type="continuationSeparator" w:id="0">
    <w:p w14:paraId="32A6BDB2" w14:textId="77777777" w:rsidR="00F67DF6" w:rsidRDefault="00F6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ABDEB" w14:textId="1D9FC82B" w:rsidR="00300FAC" w:rsidRPr="00352867" w:rsidRDefault="00300FAC" w:rsidP="00550D19">
    <w:pPr>
      <w:spacing w:before="60"/>
      <w:ind w:left="2880"/>
      <w:rPr>
        <w:rFonts w:ascii="Lato" w:eastAsiaTheme="minorHAnsi" w:hAnsi="Lato" w:cs="Lato"/>
        <w:bCs/>
        <w:iCs/>
        <w:sz w:val="20"/>
        <w:szCs w:val="20"/>
      </w:rPr>
    </w:pPr>
    <w:r w:rsidRPr="00352867">
      <w:rPr>
        <w:rFonts w:ascii="Lato" w:hAnsi="Lato" w:cs="Lato"/>
        <w:i/>
        <w:iCs/>
        <w:sz w:val="20"/>
        <w:szCs w:val="20"/>
      </w:rPr>
      <w:t>Załącznik nr 1 do Regulaminu</w:t>
    </w:r>
    <w:r w:rsidRPr="00352867">
      <w:rPr>
        <w:rFonts w:ascii="Lato" w:eastAsiaTheme="minorHAnsi" w:hAnsi="Lato" w:cs="Lato"/>
        <w:bCs/>
        <w:sz w:val="20"/>
        <w:szCs w:val="20"/>
      </w:rPr>
      <w:t xml:space="preserve"> Wojewódzkiego Konkursu z</w:t>
    </w:r>
    <w:r w:rsidR="00550D19">
      <w:rPr>
        <w:rFonts w:ascii="Lato" w:eastAsiaTheme="minorHAnsi" w:hAnsi="Lato" w:cs="Lato"/>
        <w:bCs/>
        <w:sz w:val="20"/>
        <w:szCs w:val="20"/>
      </w:rPr>
      <w:t xml:space="preserve"> </w:t>
    </w:r>
    <w:r w:rsidR="00E316B0">
      <w:rPr>
        <w:rFonts w:ascii="Lato" w:eastAsiaTheme="minorHAnsi" w:hAnsi="Lato" w:cs="Lato"/>
        <w:bCs/>
        <w:sz w:val="20"/>
        <w:szCs w:val="20"/>
      </w:rPr>
      <w:t>Biologii</w:t>
    </w:r>
  </w:p>
  <w:p w14:paraId="63D25BFF" w14:textId="19C3D8D7" w:rsidR="00300FAC" w:rsidRDefault="00300FAC">
    <w:pPr>
      <w:pStyle w:val="Nagwek"/>
    </w:pPr>
  </w:p>
  <w:p w14:paraId="2837FD42" w14:textId="77777777" w:rsidR="00300FAC" w:rsidRDefault="00300F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E619C7"/>
    <w:multiLevelType w:val="multilevel"/>
    <w:tmpl w:val="225C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5897218">
    <w:abstractNumId w:val="8"/>
  </w:num>
  <w:num w:numId="2" w16cid:durableId="1373461577">
    <w:abstractNumId w:val="6"/>
  </w:num>
  <w:num w:numId="3" w16cid:durableId="1559434185">
    <w:abstractNumId w:val="5"/>
  </w:num>
  <w:num w:numId="4" w16cid:durableId="296640747">
    <w:abstractNumId w:val="4"/>
  </w:num>
  <w:num w:numId="5" w16cid:durableId="955480167">
    <w:abstractNumId w:val="7"/>
  </w:num>
  <w:num w:numId="6" w16cid:durableId="1864051100">
    <w:abstractNumId w:val="3"/>
  </w:num>
  <w:num w:numId="7" w16cid:durableId="1971544390">
    <w:abstractNumId w:val="2"/>
  </w:num>
  <w:num w:numId="8" w16cid:durableId="1093092389">
    <w:abstractNumId w:val="1"/>
  </w:num>
  <w:num w:numId="9" w16cid:durableId="323826202">
    <w:abstractNumId w:val="0"/>
  </w:num>
  <w:num w:numId="10" w16cid:durableId="14779150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D1C"/>
    <w:rsid w:val="00034616"/>
    <w:rsid w:val="0006063C"/>
    <w:rsid w:val="00086065"/>
    <w:rsid w:val="000F1AE1"/>
    <w:rsid w:val="0015074B"/>
    <w:rsid w:val="001A4C78"/>
    <w:rsid w:val="0029639D"/>
    <w:rsid w:val="002A032A"/>
    <w:rsid w:val="00300FAC"/>
    <w:rsid w:val="00326F90"/>
    <w:rsid w:val="00352867"/>
    <w:rsid w:val="00382C8A"/>
    <w:rsid w:val="00411193"/>
    <w:rsid w:val="00535C1D"/>
    <w:rsid w:val="00550D19"/>
    <w:rsid w:val="00552DFF"/>
    <w:rsid w:val="0069772A"/>
    <w:rsid w:val="0078477F"/>
    <w:rsid w:val="00936BB1"/>
    <w:rsid w:val="00A14621"/>
    <w:rsid w:val="00A67B2E"/>
    <w:rsid w:val="00A71650"/>
    <w:rsid w:val="00AA1D8D"/>
    <w:rsid w:val="00B2368F"/>
    <w:rsid w:val="00B47730"/>
    <w:rsid w:val="00BC70F2"/>
    <w:rsid w:val="00BE6293"/>
    <w:rsid w:val="00BF64B4"/>
    <w:rsid w:val="00C81A2F"/>
    <w:rsid w:val="00CA250C"/>
    <w:rsid w:val="00CB0664"/>
    <w:rsid w:val="00D63C7B"/>
    <w:rsid w:val="00E316B0"/>
    <w:rsid w:val="00F32D5A"/>
    <w:rsid w:val="00F67D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E5270"/>
  <w14:defaultImageDpi w14:val="300"/>
  <w15:docId w15:val="{8248F8B3-A92E-4849-8245-3A57696A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50D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0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4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1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80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7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96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11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31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CEA862-DE66-4E69-B657-92D831D4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831</Words>
  <Characters>4992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1-  Wzór Karty zgłoszenia ucznia do konkursu</dc:title>
  <dc:subject/>
  <dc:creator>python-docx</dc:creator>
  <cp:keywords/>
  <dc:description>generated by python-docx</dc:description>
  <cp:lastModifiedBy>KATARZYNA KOWALIK</cp:lastModifiedBy>
  <cp:revision>13</cp:revision>
  <cp:lastPrinted>2026-08-27T08:48:00Z</cp:lastPrinted>
  <dcterms:created xsi:type="dcterms:W3CDTF">2013-12-23T23:15:00Z</dcterms:created>
  <dcterms:modified xsi:type="dcterms:W3CDTF">2026-09-30T13:07:00Z</dcterms:modified>
  <cp:category/>
</cp:coreProperties>
</file>